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ZGŁOSZENIA</w:t>
      </w:r>
    </w:p>
    <w:p>
      <w:pPr>
        <w:pStyle w:val="Subtitle"/>
      </w:pPr>
      <w:r>
        <w:t>IV POWIATOWY PRZEGLĄD ZESPOŁÓW ARTYSTYCZNYCH | HAŃSK PIERWSZY 2026</w:t>
      </w:r>
    </w:p>
    <w:p>
      <w:pPr>
        <w:spacing w:after="240"/>
      </w:pPr>
      <w:r>
        <w:t>Termin zgłoszeń: 16 listopada 2026 r. | Wydarzenie: 21 listopada 2026 r., godz. 15:00</w:t>
      </w:r>
    </w:p>
    <w:p>
      <w:pPr>
        <w:tabs>
          <w:tab w:val="right" w:leader="dot" w:pos="9354"/>
        </w:tabs>
        <w:spacing w:after="140"/>
        <w:jc w:val="left"/>
      </w:pPr>
      <w:r>
        <w:t>1. Nazwa zespołu / grupy teatralnej / kapeli / Koła Gospodyń Wiejskich: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 xml:space="preserve">2. Adres siedziby / adres do korespondencji zespołu</w:t>
      </w:r>
      <w:r>
        <w:t xml:space="preserve"> (adres instytucji lub organizacji, przy której działa zespół; adres prywatny tylko wtedy, gdy zespół nie ma innego adresu do korespondencji)</w:t>
      </w:r>
      <w:r>
        <w:t xml:space="preserve">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>3. Imię i nazwisko osoby zgłaszającej / kierownika zespołu: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>4. Telefon kontaktowy osoby zgłaszającej: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>5. Adres e-mail osoby zgłaszającej (opcjonalnie):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>6. Tytuł widowiska, spektaklu, pieśni, przyśpiewek, marszów lub nazwa wypieku: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 xml:space="preserve">7. Autor scenariusza </w:t>
      </w:r>
      <w:r>
        <w:t xml:space="preserve">– imię i nazwisko </w:t>
      </w:r>
      <w:r>
        <w:t xml:space="preserve">(jeżeli dotyczy):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 xml:space="preserve">8. Reżyser </w:t>
      </w:r>
      <w:r>
        <w:t xml:space="preserve">– imię i nazwisko </w:t>
      </w:r>
      <w:r>
        <w:t xml:space="preserve">(jeżeli dotyczy):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 xml:space="preserve">9. Scenograf </w:t>
      </w:r>
      <w:r>
        <w:t xml:space="preserve">– imię i nazwisko </w:t>
      </w:r>
      <w:r>
        <w:t xml:space="preserve">(jeżeli dotyczy):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>10. Potrzeby sceniczne:</w:t>
        <w:br/>
        <w:tab/>
      </w:r>
    </w:p>
    <w:p>
      <w:pPr>
        <w:tabs>
          <w:tab w:val="right" w:leader="dot" w:pos="9354"/>
        </w:tabs>
        <w:spacing w:after="140"/>
        <w:jc w:val="left"/>
      </w:pPr>
      <w:r>
        <w:t>11. Liczba osób w zespole (w konkursie wypieków – trzyosobowa delegacja KGW):</w:t>
        <w:br/>
        <w:tab/>
      </w:r>
    </w:p>
    <w:p>
      <w:pPr>
        <w:spacing w:after="200"/>
        <w:jc w:val="left"/>
      </w:pPr>
      <w:r>
        <w:t xml:space="preserve">12. Czy w składzie zespołu występują osoby niepełnoletnie? ☐ tak ☐ nie</w:t>
      </w:r>
      <w:r>
        <w:br/>
      </w:r>
      <w:r>
        <w:t xml:space="preserve">(jeżeli tak – dla każdej z tych osób należy dostarczyć Organizatorowi oświadczenie przedstawiciela ustawowego według wzoru stanowiącego Załącznik do karty; na karcie nie podaje się danych tych osób)</w:t>
      </w:r>
    </w:p>
    <w:p>
      <w:pPr>
        <w:pStyle w:val="Heading1"/>
      </w:pPr>
      <w:r>
        <w:t>Oświadczenia organizacyjne</w:t>
      </w:r>
    </w:p>
    <w:p>
      <w:r>
        <w:t>☐ Oświadczam, że zapoznałam/zapoznałem się z Regulaminem Przeglądu i akceptuję jego warunki.</w:t>
      </w:r>
    </w:p>
    <w:p>
      <w:r>
        <w:t xml:space="preserve">☐ Potwierdzam, że jestem uprawniona/uprawniony do zgłoszenia zespołu. Osobom, których dane przekazuję w zgłoszeniu, udostępniłam/udostępniłem klauzulę informacyjną zawartą w Regulaminie.</w:t>
      </w:r>
      <w:r>
        <w:t xml:space="preserve"> Poinformowałam/poinformowałem członków zespołu, że Przegląd będzie fotografowany i nagrywany w celu jego relacjonowania. Oświadczenia przedstawicieli ustawowych osób niepełnoletnich (jeżeli dotyczy) przekażę Organizatorowi najpóźniej w dniu Przeglądu.</w:t>
      </w:r>
    </w:p>
    <w:p>
      <w:r>
        <w:t xml:space="preserve">Informacja o ochronie danych: administratorem danych zgłoszeniowych jest Gminny Ośrodek Kultury w Hańsku, ul. Osiedlowa 6, 22-235 Hańsk Pierwszy.</w:t>
      </w:r>
      <w:r>
        <w:t xml:space="preserve"> Dane z karty przetwarzane są w celu przyjęcia zgłoszenia i organizacji Przeglądu (art. 6 ust. 1 lit. e RODO). Kontakt z inspektorem ochrony danych: agata.szwed@asprotectis.pl.</w:t>
      </w:r>
      <w:r>
        <w:t xml:space="preserve"> Pełna klauzula informacyjna znajduje się w Regulaminie.</w:t>
      </w:r>
      <w:r>
        <w:t xml:space="preserve"> Regulamin jest dostępny w siedzibie GOK oraz na profilu Facebook GOK w Hańsku.</w:t>
      </w:r>
      <w:r>
        <w:t xml:space="preserve"> Zgody promocyjne poniżej są dobrowolne i nie są warunkiem udziału.</w:t>
      </w:r>
    </w:p>
    <w:p>
      <w:pPr>
        <w:pStyle w:val="Heading1"/>
      </w:pPr>
      <w:r>
        <w:t>Dobrowolne zgody – tylko osoby fizyczne</w:t>
      </w:r>
    </w:p>
    <w:p>
      <w:r>
        <w:t xml:space="preserve">Zgody dotyczą wyłącznie osoby podpisującej. </w:t>
      </w:r>
      <w:r>
        <w:t xml:space="preserve">Członkowie zespołu, którzy chcą zezwolić na publikację swojego indywidualnego wizerunku, a w przypadku osób niepełnoletnich – ich przedstawiciele ustawowi, składają odrębne oświadczenia według wzoru w Załączniku do karty.</w:t>
      </w:r>
      <w:r>
        <w:t xml:space="preserve"> Podpis kierownika zespołu nie zastępuje zgód poszczególnych osób.</w:t>
      </w:r>
    </w:p>
    <w:p>
      <w:pPr>
        <w:spacing w:before="120" w:after="80"/>
      </w:pPr>
      <w:r>
        <w:t>☐ Wyrażam zgodę na publikację mojego imienia i nazwiska w związku z udziałem w Przeglądzie, przedstawieniem uczestników lub ogłoszeniem wyników, w następujących kanałach (zaznaczam wybrane):</w:t>
      </w:r>
    </w:p>
    <w:p>
      <w:pPr>
        <w:spacing w:after="40"/>
        <w:ind w:left="567"/>
        <w:jc w:val="left"/>
      </w:pPr>
      <w:r>
        <w:t>☐ profil Facebook GOK w Hańsku</w:t>
      </w:r>
    </w:p>
    <w:p>
      <w:pPr>
        <w:spacing w:after="40"/>
        <w:ind w:left="567"/>
        <w:jc w:val="left"/>
      </w:pPr>
      <w:r>
        <w:t xml:space="preserve">☐ strona www.hansk.pl </w:t>
      </w:r>
      <w:r>
        <w:t xml:space="preserve">(administrator strony: Gmina Hańsk)</w:t>
      </w:r>
    </w:p>
    <w:p>
      <w:pPr>
        <w:spacing w:after="40"/>
        <w:ind w:left="567"/>
        <w:jc w:val="left"/>
      </w:pPr>
      <w:r>
        <w:t xml:space="preserve">☐ strona powiatwlodawski.pl </w:t>
      </w:r>
      <w:r>
        <w:t xml:space="preserve">(administrator strony: Powiat Włodawski)</w:t>
      </w:r>
    </w:p>
    <w:p>
      <w:pPr>
        <w:spacing w:after="40"/>
        <w:ind w:left="567"/>
        <w:jc w:val="left"/>
      </w:pPr>
      <w:r>
        <w:t>☐ kronika GOK w Hańsku</w:t>
      </w:r>
    </w:p>
    <w:p>
      <w:pPr>
        <w:spacing w:after="120"/>
        <w:ind w:left="567"/>
        <w:jc w:val="left"/>
      </w:pPr>
      <w:r>
        <w:t>☐ tablica informacyjna w siedzibie GOK</w:t>
      </w:r>
    </w:p>
    <w:p>
      <w:pPr>
        <w:spacing w:before="120" w:after="80"/>
      </w:pPr>
      <w:r>
        <w:t>☐ Zezwalam na nieodpłatne rozpowszechnianie mojego indywidualnego wizerunku utrwalonego na zdjęciach lub nagraniach podczas wydarzenia, w celu relacjonowania i promocji Przeglądu oraz działalności kulturalnej GOK, zgodnie z art. 81 ustawy o prawie autorskim i prawach pokrewnych, w zaznaczonych poniżej kanałach. Jednocześnie wyrażam zgodę na przetwarzanie mojego wizerunku w tym celu na podstawie art. 6 ust. 1 lit. a RODO:</w:t>
      </w:r>
    </w:p>
    <w:p>
      <w:pPr>
        <w:spacing w:after="40"/>
        <w:ind w:left="567"/>
        <w:jc w:val="left"/>
      </w:pPr>
      <w:r>
        <w:t>☐ profil Facebook GOK w Hańsku</w:t>
      </w:r>
    </w:p>
    <w:p>
      <w:pPr>
        <w:spacing w:after="40"/>
        <w:ind w:left="567"/>
        <w:jc w:val="left"/>
      </w:pPr>
      <w:r>
        <w:t xml:space="preserve">☐ strona www.hansk.pl </w:t>
      </w:r>
      <w:r>
        <w:t xml:space="preserve">(administrator strony: Gmina Hańsk)</w:t>
      </w:r>
    </w:p>
    <w:p>
      <w:pPr>
        <w:spacing w:after="40"/>
        <w:ind w:left="567"/>
        <w:jc w:val="left"/>
      </w:pPr>
      <w:r>
        <w:t xml:space="preserve">☐ strona powiatwlodawski.pl </w:t>
      </w:r>
      <w:r>
        <w:t xml:space="preserve">(administrator strony: Powiat Włodawski)</w:t>
      </w:r>
    </w:p>
    <w:p>
      <w:pPr>
        <w:spacing w:after="40"/>
        <w:ind w:left="567"/>
        <w:jc w:val="left"/>
      </w:pPr>
      <w:r>
        <w:t>☐ kronika GOK w Hańsku</w:t>
      </w:r>
    </w:p>
    <w:p>
      <w:pPr>
        <w:spacing w:after="120"/>
        <w:ind w:left="567"/>
        <w:jc w:val="left"/>
      </w:pPr>
      <w:r>
        <w:t>☐ tablica informacyjna w siedzibie GOK</w:t>
      </w:r>
    </w:p>
    <w:p>
      <w:r>
        <w:t xml:space="preserve">Zaznaczenie strony www.hansk.pl lub powiatwlodawski.pl oznacza zgodę na przekazanie przez GOK moich danych (imienia i nazwiska, zdjęć lub nagrań) administratorowi tej strony wyłącznie w celu publikacji.</w:t>
      </w:r>
    </w:p>
    <w:p>
      <w:pPr>
        <w:keepNext/>
      </w:pPr>
      <w:r>
        <w:t xml:space="preserve">Zgody są dobrowolne, można je wycofać, kontaktując się z GOK</w:t>
      </w:r>
      <w:r>
        <w:t xml:space="preserve"> (e-mail: gok.hansk@wp.pl; pisemnie: ul. Osiedlowa 6, 22-235 Hańsk Pierwszy)</w:t>
      </w:r>
      <w:r>
        <w:t xml:space="preserve">. Wycofanie zgody RODO nie wpływa na zgodność z prawem wcześniejszego przetwarzania. Cofnięcie zezwolenia na rozpowszechnianie wizerunku jest oceniane również według właściwych przepisów prawa cywilnego i autorskiego; nie gwarantuje usunięcia kopii już rozpowszechnionych przez osoby trzecie.</w:t>
      </w:r>
    </w:p>
    <w:p>
      <w:pPr>
        <w:keepNext/>
        <w:spacing w:before="240" w:after="120"/>
        <w:jc w:val="left"/>
      </w:pPr>
      <w:r>
        <w:t>Miejscowość i data: ..................................................</w:t>
        <w:br/>
        <w:br/>
        <w:t xml:space="preserve">Czytelny podpis osoby zgłaszającej: ..................................................</w:t>
      </w:r>
    </w:p>
    <w:p>
      <w:pPr>
        <w:pStyle w:val="Heading1"/>
      </w:pPr>
      <w:r>
        <w:br w:type="page"/>
      </w:r>
      <w:r>
        <w:t xml:space="preserve">Załącznik do karty zgłoszenia – oświadczenie uczestnika / przedstawiciela ustawowego</w:t>
      </w:r>
    </w:p>
    <w:p>
      <w:r>
        <w:t xml:space="preserve">Oświadczenie wypełnia pełnoletni członek zespołu, który chce zezwolić na publikację swojego indywidualnego wizerunku, albo przedstawiciel ustawowy (rodzic, opiekun prawny) osoby niepełnoletniej. Oświadczenie składa się odrębnie dla każdej osoby i przekazuje Organizatorowi najpóźniej w dniu Przeglądu.</w:t>
      </w:r>
    </w:p>
    <w:p>
      <w:pPr>
        <w:tabs>
          <w:tab w:val="right" w:leader="dot" w:pos="9354"/>
        </w:tabs>
        <w:spacing w:after="140"/>
        <w:jc w:val="left"/>
      </w:pPr>
      <w:r>
        <w:t xml:space="preserve">Nazwa zespołu:</w:t>
      </w:r>
      <w:r>
        <w:br/>
      </w:r>
      <w:r>
        <w:tab/>
      </w:r>
    </w:p>
    <w:p>
      <w:pPr>
        <w:tabs>
          <w:tab w:val="right" w:leader="dot" w:pos="9354"/>
        </w:tabs>
        <w:spacing w:after="140"/>
        <w:jc w:val="left"/>
      </w:pPr>
      <w:r>
        <w:t xml:space="preserve">Imię i nazwisko uczestnika:</w:t>
      </w:r>
      <w:r>
        <w:br/>
      </w:r>
      <w:r>
        <w:tab/>
      </w:r>
    </w:p>
    <w:p>
      <w:pPr>
        <w:tabs>
          <w:tab w:val="right" w:leader="dot" w:pos="9354"/>
        </w:tabs>
        <w:spacing w:after="140"/>
        <w:jc w:val="left"/>
      </w:pPr>
      <w:r>
        <w:t xml:space="preserve">Imię i nazwisko przedstawiciela ustawowego (wypełnić, jeżeli uczestnik jest niepełnoletni):</w:t>
      </w:r>
      <w:r>
        <w:br/>
      </w:r>
      <w:r>
        <w:tab/>
      </w:r>
    </w:p>
    <w:p>
      <w:r>
        <w:t xml:space="preserve">☐ (dotyczy osoby niepełnoletniej) Wyrażam zgodę na udział mojego dziecka / podopiecznego w IV Powiatowym Przeglądzie Zespołów Artystycznych w Hańsku Pierwszym w dniu 21 listopada 2026 r. na zasadach określonych w Regulaminie.</w:t>
      </w:r>
    </w:p>
    <w:p>
      <w:pPr>
        <w:spacing w:before="120" w:after="80"/>
      </w:pPr>
      <w:r>
        <w:t xml:space="preserve">☐ Zezwalam na nieodpłatne rozpowszechnianie wizerunku uczestnika utrwalonego na zdjęciach lub nagraniach podczas Przeglądu, w celu relacjonowania i promocji Przeglądu oraz działalności kulturalnej GOK, zgodnie z art. 81 ustawy o prawie autorskim i prawach pokrewnych, i wyrażam zgodę na przetwarzanie wizerunku w tym celu (art. 6 ust. 1 lit. a RODO) w zaznaczonych kanałach:</w:t>
      </w:r>
    </w:p>
    <w:p>
      <w:pPr>
        <w:spacing w:after="40"/>
        <w:ind w:left="567"/>
        <w:jc w:val="left"/>
      </w:pPr>
      <w:r>
        <w:t xml:space="preserve">☐ profil Facebook GOK w Hańsku</w:t>
      </w:r>
    </w:p>
    <w:p>
      <w:pPr>
        <w:spacing w:after="40"/>
        <w:ind w:left="567"/>
        <w:jc w:val="left"/>
      </w:pPr>
      <w:r>
        <w:t xml:space="preserve">☐ strona www.hansk.pl (administrator strony: Gmina Hańsk)</w:t>
      </w:r>
    </w:p>
    <w:p>
      <w:pPr>
        <w:spacing w:after="40"/>
        <w:ind w:left="567"/>
        <w:jc w:val="left"/>
      </w:pPr>
      <w:r>
        <w:t xml:space="preserve">☐ strona powiatwlodawski.pl (administrator strony: Powiat Włodawski)</w:t>
      </w:r>
    </w:p>
    <w:p>
      <w:pPr>
        <w:spacing w:after="40"/>
        <w:ind w:left="567"/>
        <w:jc w:val="left"/>
      </w:pPr>
      <w:r>
        <w:t xml:space="preserve">☐ kronika GOK w Hańsku</w:t>
      </w:r>
    </w:p>
    <w:p>
      <w:pPr>
        <w:spacing w:after="120"/>
        <w:ind w:left="567"/>
        <w:jc w:val="left"/>
      </w:pPr>
      <w:r>
        <w:t xml:space="preserve">☐ tablica informacyjna w siedzibie GOK</w:t>
      </w:r>
    </w:p>
    <w:p>
      <w:pPr>
        <w:keepNext/>
      </w:pPr>
      <w:r>
        <w:t xml:space="preserve">Zezwolenie jest dobrowolne i nie wpływa na możliwość udziału w Przeglądzie. Można je wycofać w każdym czasie (e-mail: gok.hansk@wp.pl; pisemnie: ul. Osiedlowa 6, 22-235 Hańsk Pierwszy); wycofanie nie wpływa na zgodność z prawem wcześniejszej publikacji. Oświadczam, że zapoznałam/zapoznałem się z klauzulą informacyjną zawartą w Regulaminie Przeglądu.</w:t>
      </w:r>
    </w:p>
    <w:p>
      <w:pPr>
        <w:keepNext/>
        <w:spacing w:before="240" w:after="120"/>
        <w:jc w:val="left"/>
      </w:pPr>
      <w:r>
        <w:t xml:space="preserve">Miejscowość i data: ..................................................</w:t>
        <w:br/>
        <w:br/>
        <w:t xml:space="preserve">Czytelny podpis uczestnika pełnoletniego / przedstawiciela ustawowego: ..................................................</w:t>
      </w:r>
    </w:p>
    <w:p>
      <w:pPr>
        <w:spacing w:before="240" w:after="0"/>
        <w:jc w:val="left"/>
      </w:pPr>
      <w:r>
        <w:t xml:space="preserve">Podpis uczestnika niepełnoletniego, który ukończył 13 lat: ..................................................</w:t>
      </w:r>
    </w:p>
    <w:sectPr w:rsidR="00FC693F" w:rsidRPr="0006063C" w:rsidSect="00034616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A1B2C30"/>
    <w:multiLevelType w:val="hybridMultilevel"/>
    <w:lvl w:ilvl="0">
      <w:start w:val="1"/>
      <w:numFmt w:val="bullet"/>
      <w:lvlText w:val="–"/>
      <w:lvlJc w:val="left"/>
      <w:pPr>
        <w:ind w:left="567" w:hanging="283"/>
      </w:pPr>
      <w:rPr>
        <w:rFonts w:ascii="Calibri" w:hAnsi="Calibri"/>
        <w:color w:val="8B1E1E"/>
      </w:rPr>
    </w:lvl>
    <w:lvl w:ilvl="1">
      <w:start w:val="1"/>
      <w:numFmt w:val="bullet"/>
      <w:lvlText w:val="·"/>
      <w:lvlJc w:val="left"/>
      <w:pPr>
        <w:ind w:left="1134" w:hanging="283"/>
      </w:pPr>
      <w:rPr>
        <w:rFonts w:ascii="Calibri" w:hAnsi="Calibri"/>
        <w:b/>
        <w:color w:val="8B1E1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 w:cs="Calibri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8B1E1E"/>
      </w:pBdr>
      <w:spacing w:before="320" w:after="120" w:line="240" w:lineRule="auto"/>
      <w:jc w:val="left"/>
      <w:outlineLvl w:val="0"/>
    </w:pPr>
    <w:rPr>
      <w:rFonts w:ascii="Calibri" w:hAnsi="Calibri" w:eastAsia="Calibri" w:cs="Calibri"/>
      <w:b/>
      <w:bCs/>
      <w:color w:val="8B1E1E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 w:line="240" w:lineRule="auto"/>
      <w:jc w:val="left"/>
      <w:outlineLvl w:val="1"/>
    </w:pPr>
    <w:rPr>
      <w:rFonts w:ascii="Calibri" w:hAnsi="Calibri" w:eastAsia="Calibri" w:cs="Calibri"/>
      <w:b/>
      <w:bCs/>
      <w:color w:val="8B1E1E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hAnsi="Calibri" w:eastAsia="Calibri" w:cs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hAnsi="Calibri" w:eastAsia="Calibri" w:cs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hAnsi="Calibri" w:eastAsia="Calibri" w:cs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hAnsi="Calibri" w:eastAsia="Calibri" w:cs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hAnsi="Calibri" w:eastAsia="Calibri" w:cs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hAnsi="Calibri" w:eastAsia="Calibri" w:cs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hAnsi="Calibri" w:eastAsia="Calibri" w:cs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</w:style>
  <w:style w:type="character" w:customStyle="1" w:styleId="Heading2Char">
    <w:name w:val="Heading 2 Char"/>
    <w:basedOn w:val="DefaultParagraphFont"/>
    <w:link w:val="Heading2"/>
    <w:uiPriority w:val="9"/>
    <w:rsid w:val="00FC693F"/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Calibri" w:hAnsi="Calibri" w:eastAsia="Calibri" w:cs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6" w:color="8B1E1E"/>
      </w:pBdr>
      <w:spacing w:before="0" w:after="160" w:line="240" w:lineRule="auto"/>
      <w:jc w:val="left"/>
    </w:pPr>
    <w:rPr>
      <w:rFonts w:ascii="Calibri" w:hAnsi="Calibri" w:eastAsia="Calibri" w:cs="Calibri"/>
      <w:b/>
      <w:bCs/>
      <w:color w:val="222222"/>
      <w:spacing w:val="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FC693F"/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before="0" w:after="240" w:line="276" w:lineRule="auto"/>
      <w:jc w:val="left"/>
    </w:pPr>
    <w:rPr>
      <w:rFonts w:ascii="Calibri" w:hAnsi="Calibri" w:eastAsia="Calibri" w:cs="Calibri"/>
      <w:b/>
      <w:bCs/>
      <w:color w:val="8B1E1E"/>
      <w:spacing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 w:eastAsia="Calibri" w:cs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 w:eastAsia="Calibri" w:cs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Calibri" w:hAnsi="Calibri" w:eastAsia="Calibri" w:cs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Calibri" w:hAnsi="Calibri" w:eastAsia="Calibri" w:cs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Calibri" w:hAnsi="Calibri" w:eastAsia="Calibri" w:cs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Calibri" w:hAnsi="Calibri" w:eastAsia="Calibri" w:cs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Calibri" w:hAnsi="Calibri" w:eastAsia="Calibri" w:cs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Calibri" w:hAnsi="Calibri" w:eastAsia="Calibri" w:cs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hAnsi="Calibri" w:eastAsia="Calibri" w:cs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hAnsi="Calibri" w:eastAsia="Calibri" w:cs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hAnsi="Calibri" w:eastAsia="Calibri" w:cs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hAnsi="Calibri" w:eastAsia="Calibri" w:cs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hAnsi="Calibri" w:eastAsia="Calibri" w:cs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hAnsi="Calibri" w:eastAsia="Calibri" w:cs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hAnsi="Calibri" w:eastAsia="Calibri" w:cs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Calibri" w:hAnsi="Calibri" w:eastAsia="Calibri" w:cs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Calibri" w:hAnsi="Calibri" w:eastAsia="Calibri" w:cs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Calibri" w:hAnsi="Calibri" w:eastAsia="Calibri" w:cs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hAnsi="Calibri" w:eastAsia="Calibri" w:cs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Calibri" w:hAnsi="Calibri" w:eastAsia="Calibri" w:cs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hAnsi="Calibri" w:eastAsia="Calibri" w:cs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Calibri" w:hAnsi="Calibri" w:eastAsia="Calibri" w:cs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 w:eastAsia="Calibri" w:cs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 w:eastAsia="Calibri" w:cs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Calibri" w:hAnsi="Calibri" w:eastAsia="Calibri" w:cs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Calibri" w:hAnsi="Calibri" w:eastAsia="Calibri" w:cs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Calibri" w:hAnsi="Calibri" w:eastAsia="Calibri" w:cs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Calibri" w:hAnsi="Calibri" w:eastAsia="Calibri" w:cs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Calibri" w:hAnsi="Calibri" w:eastAsia="Calibri" w:cs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Calibri" w:hAnsi="Calibri" w:eastAsia="Calibri" w:cs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